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STANOVY SPOLKU ZÁPISNÍK, z. s.</w:t>
      </w:r>
    </w:p>
    <w:p>
      <w:pPr>
        <w:pStyle w:val="Heading1"/>
      </w:pPr>
      <w:r>
        <w:t>Článek 1. Název, sídlo a právní postavení</w:t>
      </w:r>
    </w:p>
    <w:p>
      <w:r>
        <w:t>1. Název spolku je Zápisník, z. s. (dále jen „spolek").</w:t>
      </w:r>
    </w:p>
    <w:p>
      <w:r>
        <w:t>2. Sídlem spolku je Vysoká 50, 277 24 Vysoká.</w:t>
      </w:r>
    </w:p>
    <w:p>
      <w:r>
        <w:t>3. Spolek je dobrovolným, samosprávným a neziskovým svazkem členů založeným k naplňování společného zájmu.</w:t>
      </w:r>
    </w:p>
    <w:p>
      <w:r>
        <w:t>4. Spolek je právnickou osobou podle zákona č. 89/2012 Sb., občanský zákoník, ve znění pozdějších předpisů.</w:t>
      </w:r>
    </w:p>
    <w:p>
      <w:pPr>
        <w:pStyle w:val="Heading1"/>
      </w:pPr>
      <w:r>
        <w:t>Článek 2. Účel spolku</w:t>
      </w:r>
    </w:p>
    <w:p>
      <w:r>
        <w:t>1. Účelem spolku je poskytovat podporu primárně ženám s onkologickým onemocněním, zejména s rakovinou prsu.</w:t>
      </w:r>
    </w:p>
    <w:p>
      <w:r>
        <w:t>2. Účelem spolku je rovněž poskytovat podporu i jiným onkologickým pacientům, jejich rodinám a blízkým a vytvářet pro ně bezpečný prostor pro sdílení, informování a setkávání.</w:t>
      </w:r>
    </w:p>
    <w:p>
      <w:r>
        <w:t>3. K naplňování svého účelu spolek zejména:</w:t>
      </w:r>
    </w:p>
    <w:p>
      <w:r>
        <w:t>a) poskytuje psychosociální a lidskou podporu onkologickým pacientům a jejich blízkým,</w:t>
      </w:r>
    </w:p>
    <w:p>
      <w:r>
        <w:t>b) vytváří prostor pro sdílení zkušeností mezi pacienty a jejich blízkými,</w:t>
      </w:r>
    </w:p>
    <w:p>
      <w:r>
        <w:t>c) pořádá osobní i online setkávání, podpůrné skupiny, besedy, přednášky, workshopy a další akce,</w:t>
      </w:r>
    </w:p>
    <w:p>
      <w:r>
        <w:t>d) zprostředkovává srozumitelné informace související s životem s onkologickým onemocněním, léčbou a obdobím po léčbě,</w:t>
      </w:r>
    </w:p>
    <w:p>
      <w:r>
        <w:t>e) podporuje návrat k běžnému životu po onkologické léčbě,</w:t>
      </w:r>
    </w:p>
    <w:p>
      <w:r>
        <w:t>f) podporuje informovanost veřejnosti o problematice onkologických onemocnění,</w:t>
      </w:r>
    </w:p>
    <w:p>
      <w:r>
        <w:t>g) spolupracuje s odborníky, zdravotnickými zařízeními, pacientskými organizacemi, obcemi, městy, firmami a dalšími subjekty,</w:t>
      </w:r>
    </w:p>
    <w:p>
      <w:r>
        <w:t>h) vytváří a provozuje programy a projekty podporující osoby dotčené onkologickým onemocněním a jejich blízké,</w:t>
      </w:r>
    </w:p>
    <w:p>
      <w:r>
        <w:t>i) podporuje vzájemnou solidaritu a komunitu lidí dotčených onkologickým onemocněním,</w:t>
      </w:r>
    </w:p>
    <w:p>
      <w:r>
        <w:t>j) vykonává další činnosti, které směřují k naplnění účelu spolku.</w:t>
      </w:r>
    </w:p>
    <w:p>
      <w:r>
        <w:t>4. Spolek neposkytuje zdravotní služby, pokud k jejich poskytování nemá příslušné oprávnění podle zvláštních právních předpisů.</w:t>
      </w:r>
    </w:p>
    <w:p>
      <w:pPr>
        <w:pStyle w:val="Heading1"/>
      </w:pPr>
      <w:r>
        <w:t>Článek 3. Hlavní a vedlejší činnost</w:t>
      </w:r>
    </w:p>
    <w:p>
      <w:r>
        <w:t>1. Hlavní činností spolku je činnost směřující k naplňování účelu uvedeného v článku 2. těchto stanov.</w:t>
      </w:r>
    </w:p>
    <w:p>
      <w:r>
        <w:t>2. Vedlejší hospodářskou činností spolku může být zejména:</w:t>
      </w:r>
    </w:p>
    <w:p>
      <w:r>
        <w:t>a) výroba, nákup a prodej předmětů a výrobků souvisejících s účelem spolku,</w:t>
      </w:r>
    </w:p>
    <w:p>
      <w:r>
        <w:t>b) prodej informačních, vzdělávacích a propagačních materiálů,</w:t>
      </w:r>
    </w:p>
    <w:p>
      <w:r>
        <w:t>c) pořádání placených přednášek, workshopů, kurzů a dalších aktivit souvisejících s účelem spolku,</w:t>
      </w:r>
    </w:p>
    <w:p>
      <w:r>
        <w:t>d) další hospodářská činnost, pokud je v souladu s právními předpisy a slouží k podpoře hlavní činnosti spolku.</w:t>
      </w:r>
    </w:p>
    <w:p>
      <w:r>
        <w:t>3. Vedlejší hospodářská činnost nesmí být provozována na úkor hlavní činnosti spolku.</w:t>
      </w:r>
    </w:p>
    <w:p>
      <w:r>
        <w:t>4. Zisk z vedlejší hospodářské činnosti lze použít pouze pro činnost spolku a k naplňování jeho účelu a nelze jej rozdělovat mezi členy.</w:t>
      </w:r>
    </w:p>
    <w:p>
      <w:pPr>
        <w:pStyle w:val="Heading1"/>
      </w:pPr>
      <w:r>
        <w:t>Článek 4. Členství</w:t>
      </w:r>
    </w:p>
    <w:p>
      <w:r>
        <w:t>1. Členem spolku může být fyzická osoba, která souhlasí s účelem a stanovami spolku.</w:t>
      </w:r>
    </w:p>
    <w:p>
      <w:r>
        <w:t>2. O přijetí za člena rozhoduje předseda spolku na základě písemné přihlášky.</w:t>
      </w:r>
    </w:p>
    <w:p>
      <w:r>
        <w:t>3. Členství vzniká rozhodnutím o přijetí a zápisem do seznamu členů.</w:t>
      </w:r>
    </w:p>
    <w:p>
      <w:r>
        <w:t>4. Členství je dobrovolné.</w:t>
      </w:r>
    </w:p>
    <w:p>
      <w:r>
        <w:t>5. Členství není podmíněno zaplacením členského příspěvku, pokud členská schůze později nerozhodne o jeho zavedení.</w:t>
      </w:r>
    </w:p>
    <w:p>
      <w:r>
        <w:t>6. Člen může ze spolku kdykoli vystoupit písemným oznámením doručeným předsedovi spolku (osobně, poštou nebo elektronicky na e-mailovou adresu spolku).</w:t>
      </w:r>
    </w:p>
    <w:p>
      <w:r>
        <w:t>7. Členství zaniká úmrtím člena, doručením oznámení o vystoupení, vyloučením nebo jiným způsobem stanoveným zákonem.</w:t>
      </w:r>
    </w:p>
    <w:p>
      <w:r>
        <w:t>8. Předseda spolku může rozhodnout o vyloučení člena, pokud člen závažně nebo opakovaně porušuje tyto stanovy, poškozuje dobré jméno spolku nebo jedná v rozporu s účelem spolku.</w:t>
      </w:r>
    </w:p>
    <w:p>
      <w:r>
        <w:t>9. Proti rozhodnutí o vyloučení se člen může ve lhůtě 15 dnů od doručení rozhodnutí odvolat k členské schůzi.</w:t>
      </w:r>
    </w:p>
    <w:p>
      <w:pPr>
        <w:pStyle w:val="Heading1"/>
      </w:pPr>
      <w:r>
        <w:t>Článek 5. Práva a povinnosti členů</w:t>
      </w:r>
    </w:p>
    <w:p>
      <w:r>
        <w:t>1. Člen má právo:</w:t>
      </w:r>
    </w:p>
    <w:p>
      <w:r>
        <w:t>a) účastnit se činnosti spolku,</w:t>
      </w:r>
    </w:p>
    <w:p>
      <w:r>
        <w:t>b) účastnit se členské schůze a hlasovat na ní,</w:t>
      </w:r>
    </w:p>
    <w:p>
      <w:r>
        <w:t>c) podávat návrhy a podněty týkající se činnosti spolku,</w:t>
      </w:r>
    </w:p>
    <w:p>
      <w:r>
        <w:t>d) být informován o činnosti spolku v rozsahu stanoveném zákonem a těmito stanovami.</w:t>
      </w:r>
    </w:p>
    <w:p>
      <w:r>
        <w:t>2. Člen je povinen:</w:t>
      </w:r>
    </w:p>
    <w:p>
      <w:r>
        <w:t>a) dodržovat stanovy spolku a vnitřní předpisy spolku,</w:t>
      </w:r>
    </w:p>
    <w:p>
      <w:r>
        <w:t>b) respektovat účel spolku a chránit jeho dobré jméno,</w:t>
      </w:r>
    </w:p>
    <w:p>
      <w:r>
        <w:t>c) jednat tak, aby nepoškozoval spolek ani jeho členy,</w:t>
      </w:r>
    </w:p>
    <w:p>
      <w:r>
        <w:t>d) oznamovat předsedovi spolku změny kontaktních údajů vedených v seznamu členů.</w:t>
      </w:r>
    </w:p>
    <w:p>
      <w:r>
        <w:t>3. Členství nezakládá žádný nárok na majetek spolku ani na rozdělení zisku nebo likvidačního zůstatku mezi členy.</w:t>
      </w:r>
    </w:p>
    <w:p>
      <w:pPr>
        <w:pStyle w:val="Heading1"/>
      </w:pPr>
      <w:r>
        <w:t>Článek 6. Orgány spolku</w:t>
      </w:r>
    </w:p>
    <w:p>
      <w:r>
        <w:t>1. Orgány spolku jsou:</w:t>
      </w:r>
    </w:p>
    <w:p>
      <w:r>
        <w:t>a) předseda spolku, jako individuální statutární orgán,</w:t>
      </w:r>
    </w:p>
    <w:p>
      <w:r>
        <w:t>b) členská schůze, jako nejvyšší orgán spolku.</w:t>
      </w:r>
    </w:p>
    <w:p>
      <w:r>
        <w:t>2. Kontrolní komise ani jiný kontrolní orgán se nezřizuje, nestanoví-li pozdější změna stanov jinak.</w:t>
      </w:r>
    </w:p>
    <w:p>
      <w:pPr>
        <w:pStyle w:val="Heading1"/>
      </w:pPr>
      <w:r>
        <w:t>Článek 7. Předseda spolku</w:t>
      </w:r>
    </w:p>
    <w:p>
      <w:r>
        <w:t>1. Předseda spolku je statutárním orgánem spolku.</w:t>
      </w:r>
    </w:p>
    <w:p>
      <w:r>
        <w:t>2. Předseda spolku je volen členskou schůzí na dobu neurčitou.</w:t>
      </w:r>
    </w:p>
    <w:p>
      <w:r>
        <w:t>3. Předseda spolku zejména:</w:t>
      </w:r>
    </w:p>
    <w:p>
      <w:r>
        <w:t>a) řídí činnost spolku,</w:t>
      </w:r>
    </w:p>
    <w:p>
      <w:r>
        <w:t>b) zastupuje spolek navenek a jedná jeho jménem samostatně,</w:t>
      </w:r>
    </w:p>
    <w:p>
      <w:r>
        <w:t>c) rozhoduje o běžných záležitostech spolku,</w:t>
      </w:r>
    </w:p>
    <w:p>
      <w:r>
        <w:t>d) rozhoduje o přijímání a vylučování členů,</w:t>
      </w:r>
    </w:p>
    <w:p>
      <w:r>
        <w:t>e) svolává a řídí členskou schůzi,</w:t>
      </w:r>
    </w:p>
    <w:p>
      <w:r>
        <w:t>f) odpovídá za řádné vedení spolku, správu majetku a hospodaření v souladu se zákonem a stanovami,</w:t>
      </w:r>
    </w:p>
    <w:p>
      <w:r>
        <w:t>g) rozhoduje o uzavírání smluv a dalších právních jednáních v rámci činnosti spolku,</w:t>
      </w:r>
    </w:p>
    <w:p>
      <w:r>
        <w:t>h) zajišťuje realizaci projektů a programů spolku.</w:t>
      </w:r>
    </w:p>
    <w:p>
      <w:r>
        <w:t>4. Předseda spolku může ze své funkce kdykoli odstoupit písemným oznámením doručeným členské schůzi.</w:t>
      </w:r>
    </w:p>
    <w:p>
      <w:r>
        <w:t>5. Předseda spolku může být odvolán členskou schůzí. O odvolání předsedy spolku rozhoduje členská schůze nadpoloviční většinou hlasů přítomných členů spolku.</w:t>
      </w:r>
    </w:p>
    <w:p>
      <w:r>
        <w:t>6. Předseda spolku může být za výkon své funkce odměňován, pokud o jeho odměně rozhodne členská schůze v souladu s právními předpisy.</w:t>
      </w:r>
    </w:p>
    <w:p>
      <w:r>
        <w:t>7. Předseda spolku může pro spolek vykonávat také práci v pracovním nebo jiném smluvním vztahu, pokud jde o činnost odlišitelnou od samotného výkonu funkce statutárního orgánu. Podmínky takového vztahu podléhají schválení členskou schůzí.</w:t>
      </w:r>
    </w:p>
    <w:p>
      <w:r>
        <w:t>8. Dojde-li k zániku funkce předsedy spolku, svolá členskou schůzi za účelem volby nového předsedy osoba oprávněná podle zákona nebo zakladatel spolku do 30 dnů od zániku funkce.</w:t>
      </w:r>
    </w:p>
    <w:p>
      <w:pPr>
        <w:pStyle w:val="Heading1"/>
      </w:pPr>
      <w:r>
        <w:t>Článek 8. Členská schůze</w:t>
      </w:r>
    </w:p>
    <w:p>
      <w:r>
        <w:t>1. Členská schůze je nejvyšším orgánem spolku.</w:t>
      </w:r>
    </w:p>
    <w:p>
      <w:r>
        <w:t>2. Členskou schůzi tvoří všichni členové spolku.</w:t>
      </w:r>
    </w:p>
    <w:p>
      <w:r>
        <w:t>3. Do působnosti členské schůze patří zejména:</w:t>
      </w:r>
    </w:p>
    <w:p>
      <w:r>
        <w:t>a) volba a odvolání předsedy spolku,</w:t>
      </w:r>
    </w:p>
    <w:p>
      <w:r>
        <w:t>b) rozhodování o změně stanov,</w:t>
      </w:r>
    </w:p>
    <w:p>
      <w:r>
        <w:t>c) schválení výsledků hospodaření a roční uzávěrky spolku,</w:t>
      </w:r>
    </w:p>
    <w:p>
      <w:r>
        <w:t>d) rozhodování o zavedení a výši členských příspěvků,</w:t>
      </w:r>
    </w:p>
    <w:p>
      <w:r>
        <w:t>e) rozhodování o zrušení spolku s likvidací nebo jeho přeměně,</w:t>
      </w:r>
    </w:p>
    <w:p>
      <w:r>
        <w:t>f) rozhodování o odvolání člena proti rozhodnutí o vyloučení,</w:t>
      </w:r>
    </w:p>
    <w:p>
      <w:r>
        <w:t>g) rozhodování o dalších záležitostech, které jí svěřuje zákon nebo tyto stanovy.</w:t>
      </w:r>
    </w:p>
    <w:p>
      <w:r>
        <w:t>4. Členskou schůzi svolává předseda spolku podle potřeby, nejméně však jednou ročně.</w:t>
      </w:r>
    </w:p>
    <w:p>
      <w:r>
        <w:t>5. Pozvánka na členskou schůzi se zasílá členům nejméně 15 dnů před jejím konáním, a to písemně nebo elektronickou poštou na e-mailovou adresu uvedenou v seznamu členů. Pozvánka obsahuje datum, čas, místo a pořad jednání.</w:t>
      </w:r>
    </w:p>
    <w:p>
      <w:r>
        <w:t>6. Členská schůze je schopna usnášet se za účasti nadpoloviční většiny všech členů spolku.</w:t>
      </w:r>
    </w:p>
    <w:p>
      <w:r>
        <w:t>7. Není-li těmito stanovami nebo zákonem stanoveno jinak, rozhoduje členská schůze nadpoloviční většinou hlasů přítomných členů. Každý člen má jeden hlas.</w:t>
      </w:r>
    </w:p>
    <w:p>
      <w:r>
        <w:t>8. Členská schůze může rozhodovat i mimo zasedání písemně nebo za použití elektronických prostředků (hlasování per rollam). Podrobnosti hlasování per rollam určuje předseda spolku v pozvánce k hlasování.</w:t>
      </w:r>
    </w:p>
    <w:p>
      <w:pPr>
        <w:pStyle w:val="Heading1"/>
      </w:pPr>
      <w:r>
        <w:t>Článek 9. Změna stanov</w:t>
      </w:r>
    </w:p>
    <w:p>
      <w:r>
        <w:t>1. O změně stanov rozhoduje členská schůze.</w:t>
      </w:r>
    </w:p>
    <w:p>
      <w:r>
        <w:t>2. Pro přijetí změny stanov je třeba souhlasu nejméně dvoutřetinové většiny přítomných členů spolku.</w:t>
      </w:r>
    </w:p>
    <w:p>
      <w:r>
        <w:t>3. Změna ustanovení týkajících se účelu spolku, postavení předsedy spolku nebo nakládání s likvidačním zůstatkem vyžaduje rovněž souhlas nejméně dvoutřetinové většiny přítomných členů spolku.</w:t>
      </w:r>
    </w:p>
    <w:p>
      <w:pPr>
        <w:pStyle w:val="Heading1"/>
      </w:pPr>
      <w:r>
        <w:t>Článek 10. Hospodaření spolku</w:t>
      </w:r>
    </w:p>
    <w:p>
      <w:r>
        <w:t>1. Spolek hospodaří zejména s prostředky získanými:</w:t>
      </w:r>
    </w:p>
    <w:p>
      <w:r>
        <w:t>a) z darů a finančních příspěvků od fyzických a právnických osob,</w:t>
      </w:r>
    </w:p>
    <w:p>
      <w:r>
        <w:t>b) z dotací, grantů a nadačních příspěvků,</w:t>
      </w:r>
    </w:p>
    <w:p>
      <w:r>
        <w:t>c) z členských příspěvků, jsou-li zavedeny,</w:t>
      </w:r>
    </w:p>
    <w:p>
      <w:r>
        <w:t>d) z příjmů z vedlejší hospodářské činnosti,</w:t>
      </w:r>
    </w:p>
    <w:p>
      <w:r>
        <w:t>e) z příjmů z pořádaných akcí, projektů a sbírek,</w:t>
      </w:r>
    </w:p>
    <w:p>
      <w:r>
        <w:t>f) z dalších zákonných zdrojů.</w:t>
      </w:r>
    </w:p>
    <w:p>
      <w:r>
        <w:t>2. Spolek může přijímat peněžité i nepeněžité dary.</w:t>
      </w:r>
    </w:p>
    <w:p>
      <w:r>
        <w:t>3. Spolek může za účelem naplňování svého účelu vyrábět, pořizovat a prodávat vlastní výrobky, předměty a materiály související s jeho činností.</w:t>
      </w:r>
    </w:p>
    <w:p>
      <w:r>
        <w:t>4. Příjmy z prodeje výrobků a předmětů jsou příjmem spolku a používají se výhradně k naplňování jeho účelu a k zajištění jeho činnosti.</w:t>
      </w:r>
    </w:p>
    <w:p>
      <w:r>
        <w:t>5. Majetek spolku může být použit pouze v souladu s účelem spolku a právními předpisy.</w:t>
      </w:r>
    </w:p>
    <w:p>
      <w:r>
        <w:t>6. Členové spolku neručí za dluhy spolku.</w:t>
      </w:r>
    </w:p>
    <w:p>
      <w:r>
        <w:t>7. O běžném nakládání s majetkem spolku rozhoduje předseda spolku v rámci své působnosti.</w:t>
      </w:r>
    </w:p>
    <w:p>
      <w:r>
        <w:t>8. Spolek vede účetnictví v souladu s příslušnými právními předpisy.</w:t>
      </w:r>
    </w:p>
    <w:p>
      <w:pPr>
        <w:pStyle w:val="Heading1"/>
      </w:pPr>
      <w:r>
        <w:t>Článek 11. Zánik spolku a likvidační zůstatek</w:t>
      </w:r>
    </w:p>
    <w:p>
      <w:r>
        <w:t>1. Spolek zaniká způsoby stanovenými zákonem (dobrovolným rozpustěním, fúzí či jiným zákonným způsobem).</w:t>
      </w:r>
    </w:p>
    <w:p>
      <w:r>
        <w:t>2. Při zániku spolku s likvidací bude likvidační zůstatek použit v souladu se zákonem a přednostně k účelu, který je co nejbližší účelu spolku (zejména předáním jiné právnické osobě zaměřené na podporu onkologických pacientů).</w:t>
      </w:r>
    </w:p>
    <w:p>
      <w:r>
        <w:t>3. Likvidační zůstatek nebude rozdělován mezi členy spolku.</w:t>
      </w:r>
    </w:p>
    <w:p>
      <w:pPr>
        <w:pStyle w:val="Heading1"/>
      </w:pPr>
      <w:r>
        <w:t>Článek 12. Závěrečná ustanovení</w:t>
      </w:r>
    </w:p>
    <w:p>
      <w:r>
        <w:t>1. Tyto stanovy byly schváleny ustavující schůzí dne 31. 8. 2026.</w:t>
      </w:r>
    </w:p>
    <w:p>
      <w:r>
        <w:t>2. Stanovy nabývají účinnosti dnem jejich schválení.</w:t>
      </w:r>
    </w:p>
    <w:p>
      <w:r>
        <w:t>3. Otázky neupravené těmito stanovami se řídí zákonem č. 89/2012 Sb., občanský zákoník, ve znění pozdějších předpisů, a dalšími příslušnými právními předpisy České republiky.</w:t>
      </w:r>
    </w:p>
    <w:p>
      <w:r>
        <w:br/>
        <w:t>V Vysoké dne 31. 8. 2026</w:t>
        <w:br/>
        <w:br/>
        <w:t>Michaela Tolknerová</w:t>
        <w:br/>
        <w:t>zakladatelka / předsedkyně spolku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